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i w:val="0"/>
          <w:color w:val="8C6E2E"/>
          <w:sz w:val="18"/>
        </w:rPr>
        <w:t>[Ihr Name]</w:t>
      </w:r>
    </w:p>
    <w:p>
      <w:pPr>
        <w:spacing w:after="0"/>
      </w:pPr>
      <w:r>
        <w:rPr>
          <w:b w:val="0"/>
          <w:i w:val="0"/>
          <w:color w:val="8C6E2E"/>
          <w:sz w:val="18"/>
        </w:rPr>
        <w:t>[Straße und Hausnummer]</w:t>
      </w:r>
    </w:p>
    <w:p>
      <w:pPr>
        <w:spacing w:after="0"/>
      </w:pPr>
      <w:r>
        <w:rPr>
          <w:b w:val="0"/>
          <w:i w:val="0"/>
          <w:color w:val="8C6E2E"/>
          <w:sz w:val="18"/>
        </w:rPr>
        <w:t>[PLZ Ort]</w:t>
      </w:r>
    </w:p>
    <w:p>
      <w:pPr>
        <w:spacing w:after="200"/>
      </w:pPr>
      <w:r>
        <w:rPr>
          <w:b w:val="0"/>
          <w:i w:val="0"/>
          <w:color w:val="0E1A1F"/>
          <w:sz w:val="22"/>
        </w:rPr>
      </w:r>
    </w:p>
    <w:p>
      <w:pPr>
        <w:spacing w:after="0"/>
      </w:pPr>
      <w:r>
        <w:rPr>
          <w:b w:val="0"/>
          <w:i w:val="0"/>
          <w:color w:val="0E1A1F"/>
          <w:sz w:val="22"/>
        </w:rPr>
        <w:t>[Name Vermieter / Hausverwaltung]</w:t>
      </w:r>
    </w:p>
    <w:p>
      <w:pPr>
        <w:spacing w:after="0"/>
      </w:pPr>
      <w:r>
        <w:rPr>
          <w:b w:val="0"/>
          <w:i w:val="0"/>
          <w:color w:val="0E1A1F"/>
          <w:sz w:val="22"/>
        </w:rPr>
        <w:t>[Straße und Hausnummer]</w:t>
      </w:r>
    </w:p>
    <w:p>
      <w:pPr>
        <w:spacing w:after="0"/>
      </w:pPr>
      <w:r>
        <w:rPr>
          <w:b w:val="0"/>
          <w:i w:val="0"/>
          <w:color w:val="0E1A1F"/>
          <w:sz w:val="22"/>
        </w:rPr>
        <w:t>[PLZ Ort]</w:t>
      </w:r>
    </w:p>
    <w:p>
      <w:pPr>
        <w:spacing w:after="280"/>
      </w:pPr>
      <w:r>
        <w:rPr>
          <w:b w:val="0"/>
          <w:i w:val="0"/>
          <w:color w:val="0E1A1F"/>
          <w:sz w:val="22"/>
        </w:rPr>
      </w:r>
    </w:p>
    <w:p>
      <w:pPr>
        <w:spacing w:after="320"/>
        <w:jc w:val="right"/>
      </w:pPr>
      <w:r>
        <w:rPr>
          <w:b w:val="0"/>
          <w:i w:val="0"/>
          <w:color w:val="0E1A1F"/>
          <w:sz w:val="22"/>
        </w:rPr>
        <w:t>[Ort], den [Datum]</w:t>
      </w:r>
    </w:p>
    <w:p>
      <w:pPr>
        <w:spacing w:after="80"/>
      </w:pPr>
      <w:r>
        <w:rPr>
          <w:b/>
          <w:i w:val="0"/>
          <w:color w:val="0E1A1F"/>
          <w:sz w:val="22"/>
        </w:rPr>
        <w:t>Belegeinsicht zur Betriebskostenabrechnung vom [Datum der Abrechnung] für [Jahr]</w:t>
      </w:r>
    </w:p>
    <w:p>
      <w:pPr>
        <w:spacing w:after="320"/>
      </w:pPr>
      <w:r>
        <w:rPr>
          <w:b w:val="0"/>
          <w:i w:val="0"/>
          <w:color w:val="8C6E2E"/>
          <w:sz w:val="20"/>
        </w:rPr>
        <w:t>Mietobjekt: [Straße, Hausnr., Wohnung / Lage]</w:t>
      </w:r>
    </w:p>
    <w:p>
      <w:pPr>
        <w:spacing w:after="200"/>
      </w:pPr>
      <w:r>
        <w:rPr>
          <w:b w:val="0"/>
          <w:i w:val="0"/>
          <w:color w:val="0E1A1F"/>
          <w:sz w:val="22"/>
        </w:rPr>
        <w:t>Sehr geehrte Damen und Herren,</w:t>
      </w:r>
    </w:p>
    <w:p>
      <w:pPr>
        <w:spacing w:after="160"/>
      </w:pPr>
      <w:r>
        <w:rPr>
          <w:b w:val="0"/>
          <w:i w:val="0"/>
          <w:color w:val="0E1A1F"/>
          <w:sz w:val="22"/>
        </w:rPr>
        <w:t>Ihre oben genannte Betriebskostenabrechnung ist mir am [Datum des Zugangs] zugegangen. Zur Prüfung der Abrechnung bitte ich um Einsicht in die ihr zugrunde liegenden Original-Belege (§ 259 BGB) - insbesondere Rechnungen, Verträge, Zahlungsnachweise sowie die Berechnung der angewandten Verteilerschlüssel.</w:t>
      </w:r>
    </w:p>
    <w:p>
      <w:pPr>
        <w:spacing w:after="160"/>
      </w:pPr>
      <w:r>
        <w:rPr>
          <w:b w:val="0"/>
          <w:i w:val="0"/>
          <w:color w:val="0E1A1F"/>
          <w:sz w:val="22"/>
        </w:rPr>
        <w:t>Bitte nennen Sie mir hierfür einen Termin oder übersenden Sie mir Kopien bzw. Scans der Belege; angemessene Kopierkosten übernehme ich. Bis zur Gewährung der Belegeinsicht behalte ich mir Einwendungen gegen die Abrechnung ausdrücklich vor.</w:t>
      </w:r>
    </w:p>
    <w:p>
      <w:pPr>
        <w:spacing w:after="160"/>
      </w:pPr>
      <w:r>
        <w:rPr>
          <w:b w:val="0"/>
          <w:i w:val="0"/>
          <w:color w:val="0E1A1F"/>
          <w:sz w:val="22"/>
        </w:rPr>
        <w:t>Ich bitte um Rückmeldung bis zum [Datum, ca. 3-4 Wochen].</w:t>
      </w:r>
    </w:p>
    <w:p>
      <w:pPr>
        <w:spacing w:after="40"/>
      </w:pPr>
      <w:r>
        <w:rPr>
          <w:b w:val="0"/>
          <w:i w:val="0"/>
          <w:color w:val="0E1A1F"/>
          <w:sz w:val="22"/>
        </w:rPr>
        <w:t>Mit freundlichen Grüßen</w:t>
      </w:r>
    </w:p>
    <w:p>
      <w:pPr>
        <w:spacing w:after="0"/>
      </w:pPr>
      <w:r>
        <w:rPr>
          <w:b w:val="0"/>
          <w:i w:val="0"/>
          <w:color w:val="0E1A1F"/>
          <w:sz w:val="22"/>
        </w:rPr>
      </w:r>
    </w:p>
    <w:p>
      <w:pPr>
        <w:spacing w:after="0"/>
      </w:pPr>
      <w:r>
        <w:rPr>
          <w:b w:val="0"/>
          <w:i w:val="0"/>
          <w:color w:val="0E1A1F"/>
          <w:sz w:val="22"/>
        </w:rPr>
        <w:t>____________________________</w:t>
      </w:r>
    </w:p>
    <w:p>
      <w:pPr>
        <w:spacing w:after="0"/>
      </w:pPr>
      <w:r>
        <w:rPr>
          <w:b w:val="0"/>
          <w:i w:val="0"/>
          <w:color w:val="0E1A1F"/>
          <w:sz w:val="22"/>
        </w:rPr>
        <w:t>[Ihr Name]</w:t>
      </w:r>
    </w:p>
    <w:p>
      <w:r>
        <w:br w:type="page"/>
      </w:r>
    </w:p>
    <w:p>
      <w:pPr>
        <w:spacing w:after="160"/>
      </w:pPr>
      <w:r>
        <w:rPr>
          <w:b/>
          <w:i w:val="0"/>
          <w:color w:val="8C6E2E"/>
          <w:sz w:val="24"/>
        </w:rPr>
        <w:t>Hinweise zum Ausfüllen (bitte vor dem Versand entfernen)</w:t>
      </w:r>
    </w:p>
    <w:p>
      <w:pPr>
        <w:pStyle w:val="ListBullet"/>
        <w:spacing w:after="120"/>
      </w:pPr>
      <w:r>
        <w:rPr>
          <w:color w:val="0E1A1F"/>
          <w:sz w:val="20"/>
        </w:rPr>
        <w:t>Recht auf Belegeinsicht: Als Mieter dürfen Sie die Original-Belege der Abrechnung einsehen (§ 259 BGB). Erst danach lässt sich vieles endgültig beurteilen.</w:t>
      </w:r>
    </w:p>
    <w:p>
      <w:pPr>
        <w:pStyle w:val="ListBullet"/>
        <w:spacing w:after="120"/>
      </w:pPr>
      <w:r>
        <w:rPr>
          <w:color w:val="0E1A1F"/>
          <w:sz w:val="20"/>
        </w:rPr>
        <w:t>Frist wahren: Die Einwendungsfrist von 12 Monaten ab Zugang der Abrechnung (§ 556 Abs. 3 Satz 5 BGB) läuft unabhängig weiter. Erheben Sie konkrete Einwendungen rechtzeitig gesondert, falls die Belegeinsicht sich verzögert.</w:t>
      </w:r>
    </w:p>
    <w:p>
      <w:pPr>
        <w:pStyle w:val="ListBullet"/>
        <w:spacing w:after="120"/>
      </w:pPr>
      <w:r>
        <w:rPr>
          <w:color w:val="0E1A1F"/>
          <w:sz w:val="20"/>
        </w:rPr>
        <w:t>Form: Textform genügt (§ 126b BGB) - eine E-Mail reicht aus. Aus Nachweisgründen ist Einwurf-Einschreiben empfehlenswert.</w:t>
      </w:r>
    </w:p>
    <w:p>
      <w:pPr>
        <w:pStyle w:val="ListBullet"/>
        <w:spacing w:after="120"/>
      </w:pPr>
      <w:r>
        <w:rPr>
          <w:color w:val="0E1A1F"/>
          <w:sz w:val="20"/>
        </w:rPr>
        <w:t>Dieses Muster ist eine allgemeine Vorlage und ersetzt keine Rechtsberatung im Einzelfall.</w:t>
      </w:r>
    </w:p>
    <w:p>
      <w:pPr>
        <w:spacing w:after="120"/>
      </w:pPr>
      <w:r>
        <w:rPr>
          <w:b w:val="0"/>
          <w:i w:val="0"/>
          <w:color w:val="0E1A1F"/>
          <w:sz w:val="22"/>
        </w:rPr>
      </w:r>
    </w:p>
    <w:p>
      <w:pPr>
        <w:spacing w:after="120"/>
      </w:pPr>
      <w:r>
        <w:rPr>
          <w:b w:val="0"/>
          <w:i/>
          <w:color w:val="8C6E2E"/>
          <w:sz w:val="16"/>
        </w:rPr>
        <w:t>Kostenlose Vorlage von nebenkosten-guru.de - ohne Gewähr, keine Rechtsberatung.</w:t>
      </w:r>
    </w:p>
    <w:sectPr w:rsidR="00FC693F" w:rsidRPr="0006063C" w:rsidSect="00034616"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E1A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